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[Your Name]</w:t>
      </w:r>
    </w:p>
    <w:p>
      <w:pPr>
        <w:jc w:val="center"/>
      </w:pPr>
      <w:r>
        <w:rPr>
          <w:color w:val="555555"/>
          <w:sz w:val="18"/>
        </w:rPr>
        <w:t>[Email] • [Phone] • [Portfolio Website] • [Instagram/Behance]</w:t>
      </w:r>
    </w:p>
    <w:p>
      <w:r>
        <w:rPr>
          <w:b/>
          <w:color w:val="0E7C86"/>
          <w:sz w:val="22"/>
        </w:rPr>
        <w:t>ABOUT ME</w:t>
      </w:r>
    </w:p>
    <w:p>
      <w:r>
        <w:t>[A short, personal introduction to your creative style and what inspires your work.]</w:t>
      </w:r>
    </w:p>
    <w:p>
      <w:r>
        <w:rPr>
          <w:b/>
          <w:color w:val="0E7C86"/>
          <w:sz w:val="22"/>
        </w:rPr>
        <w:t>FEATURED WORK</w:t>
      </w:r>
    </w:p>
    <w:p>
      <w:r>
        <w:t>Project 1: [Title]</w:t>
      </w:r>
    </w:p>
    <w:p>
      <w:pPr>
        <w:pStyle w:val="ListBullet"/>
      </w:pPr>
      <w:r>
        <w:t>Goal: [What you set out to do]</w:t>
      </w:r>
    </w:p>
    <w:p>
      <w:pPr>
        <w:pStyle w:val="ListBullet"/>
      </w:pPr>
      <w:r>
        <w:t>Your role: [Your contribution]</w:t>
      </w:r>
    </w:p>
    <w:p>
      <w:pPr>
        <w:pStyle w:val="ListBullet"/>
      </w:pPr>
      <w:r>
        <w:t>Outcome: [Result / link to work]</w:t>
      </w:r>
    </w:p>
    <w:p>
      <w:r>
        <w:t>Project 2: [Title]</w:t>
      </w:r>
    </w:p>
    <w:p>
      <w:pPr>
        <w:pStyle w:val="ListBullet"/>
      </w:pPr>
      <w:r>
        <w:t>Goal: [What you set out to do]</w:t>
      </w:r>
    </w:p>
    <w:p>
      <w:pPr>
        <w:pStyle w:val="ListBullet"/>
      </w:pPr>
      <w:r>
        <w:t>Your role: [Your contribution]</w:t>
      </w:r>
    </w:p>
    <w:p>
      <w:pPr>
        <w:pStyle w:val="ListBullet"/>
      </w:pPr>
      <w:r>
        <w:t>Outcome: [Result / link to work]</w:t>
      </w:r>
    </w:p>
    <w:p>
      <w:r>
        <w:t>Project 3: [Title]</w:t>
      </w:r>
    </w:p>
    <w:p>
      <w:pPr>
        <w:pStyle w:val="ListBullet"/>
      </w:pPr>
      <w:r>
        <w:t>Goal: [What you set out to do]</w:t>
      </w:r>
    </w:p>
    <w:p>
      <w:pPr>
        <w:pStyle w:val="ListBullet"/>
      </w:pPr>
      <w:r>
        <w:t>Your role: [Your contribution]</w:t>
      </w:r>
    </w:p>
    <w:p>
      <w:pPr>
        <w:pStyle w:val="ListBullet"/>
      </w:pPr>
      <w:r>
        <w:t>Outcome: [Result / link to work]</w:t>
      </w:r>
    </w:p>
    <w:p>
      <w:r>
        <w:rPr>
          <w:b/>
          <w:color w:val="0E7C86"/>
          <w:sz w:val="22"/>
        </w:rPr>
        <w:t>SKILLS &amp; TOOLS</w:t>
      </w:r>
    </w:p>
    <w:p>
      <w:pPr>
        <w:pStyle w:val="ListBullet"/>
      </w:pPr>
      <w:r>
        <w:t>[Design / creative software]</w:t>
      </w:r>
    </w:p>
    <w:p>
      <w:pPr>
        <w:pStyle w:val="ListBullet"/>
      </w:pPr>
      <w:r>
        <w:t>[Other skills]</w:t>
      </w:r>
    </w:p>
    <w:p>
      <w:r>
        <w:rPr>
          <w:b/>
          <w:color w:val="0E7C86"/>
          <w:sz w:val="22"/>
        </w:rPr>
        <w:t>EDUCATION</w:t>
      </w:r>
    </w:p>
    <w:p>
      <w:r>
        <w:t>[School Name] — [Qualification]</w:t>
        <w:br/>
        <w:t>[Year – Year]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