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[Your Name] — EAE Application</w:t>
      </w:r>
    </w:p>
    <w:p>
      <w:pPr>
        <w:jc w:val="center"/>
      </w:pPr>
      <w:r>
        <w:rPr>
          <w:color w:val="555555"/>
          <w:sz w:val="18"/>
        </w:rPr>
        <w:t>[Target Course] • [Target Polytechnic/ITE]</w:t>
      </w:r>
    </w:p>
    <w:p>
      <w:r>
        <w:rPr>
          <w:b/>
          <w:color w:val="0E7C86"/>
          <w:sz w:val="22"/>
        </w:rPr>
        <w:t>PERSONAL STATEMENT</w:t>
      </w:r>
    </w:p>
    <w:p>
      <w:r>
        <w:t>[Up to 600 characters: why this course, your passion, and your suitability.]</w:t>
      </w:r>
    </w:p>
    <w:p>
      <w:r>
        <w:rPr>
          <w:b/>
          <w:color w:val="0E7C86"/>
          <w:sz w:val="22"/>
        </w:rPr>
        <w:t>RELEVANT ACHIEVEMENTS</w:t>
      </w:r>
    </w:p>
    <w:p>
      <w:pPr>
        <w:pStyle w:val="ListBullet"/>
      </w:pPr>
      <w:r>
        <w:t>[Achievement related to the course]</w:t>
      </w:r>
    </w:p>
    <w:p>
      <w:pPr>
        <w:pStyle w:val="ListBullet"/>
      </w:pPr>
      <w:r>
        <w:t>[Leadership / CCA / competition]</w:t>
      </w:r>
    </w:p>
    <w:p>
      <w:r>
        <w:rPr>
          <w:b/>
          <w:color w:val="0E7C86"/>
          <w:sz w:val="22"/>
        </w:rPr>
        <w:t>EVIDENCE &amp; PORTFOLIO</w:t>
      </w:r>
    </w:p>
    <w:p>
      <w:pPr>
        <w:pStyle w:val="ListBullet"/>
      </w:pPr>
      <w:r>
        <w:t>[Project or work that proves your interest]</w:t>
      </w:r>
    </w:p>
    <w:p>
      <w:pPr>
        <w:pStyle w:val="ListBullet"/>
      </w:pPr>
      <w:r>
        <w:t>[Certificate or recognition]</w:t>
      </w:r>
    </w:p>
    <w:p>
      <w:r>
        <w:rPr>
          <w:b/>
          <w:color w:val="0E7C86"/>
          <w:sz w:val="22"/>
        </w:rPr>
        <w:t>WHY THIS COURSE</w:t>
      </w:r>
    </w:p>
    <w:p>
      <w:r>
        <w:t>[Explain how the course fits your goals and what you hope to achieve.]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