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[Your Full Name]</w:t>
      </w:r>
    </w:p>
    <w:p>
      <w:pPr>
        <w:jc w:val="center"/>
      </w:pPr>
      <w:r>
        <w:rPr>
          <w:color w:val="555555"/>
          <w:sz w:val="18"/>
        </w:rPr>
        <w:t>[Email] • [Phone] • [Location] • [Portfolio/LinkedIn Link]</w:t>
      </w:r>
    </w:p>
    <w:p>
      <w:r>
        <w:rPr>
          <w:b/>
          <w:color w:val="0E7C86"/>
          <w:sz w:val="22"/>
        </w:rPr>
        <w:t>PROFILE</w:t>
      </w:r>
    </w:p>
    <w:p>
      <w:r>
        <w:t>[2–3 sentences about who you are, your strengths, and what you're looking for. Focus on your goals and what you can offer.]</w:t>
      </w:r>
    </w:p>
    <w:p>
      <w:r>
        <w:rPr>
          <w:b/>
          <w:color w:val="0E7C86"/>
          <w:sz w:val="22"/>
        </w:rPr>
        <w:t>EDUCATION</w:t>
      </w:r>
    </w:p>
    <w:p>
      <w:r>
        <w:t>[School Name] — [Qualification, e.g. N/O-Level]</w:t>
        <w:br/>
        <w:t>[Year – Year]</w:t>
      </w:r>
    </w:p>
    <w:p>
      <w:pPr>
        <w:pStyle w:val="ListBullet"/>
      </w:pPr>
      <w:r>
        <w:t>[Relevant subject or achievement]</w:t>
      </w:r>
    </w:p>
    <w:p>
      <w:pPr>
        <w:pStyle w:val="ListBullet"/>
      </w:pPr>
      <w:r>
        <w:t>[Award, CCA leadership, or distinction]</w:t>
      </w:r>
    </w:p>
    <w:p>
      <w:r>
        <w:rPr>
          <w:b/>
          <w:color w:val="0E7C86"/>
          <w:sz w:val="22"/>
        </w:rPr>
        <w:t>SKILLS</w:t>
      </w:r>
    </w:p>
    <w:p>
      <w:pPr>
        <w:pStyle w:val="ListBullet"/>
      </w:pPr>
      <w:r>
        <w:t>[Software / technical skills]</w:t>
      </w:r>
    </w:p>
    <w:p>
      <w:pPr>
        <w:pStyle w:val="ListBullet"/>
      </w:pPr>
      <w:r>
        <w:t>[Communication / teamwork skills]</w:t>
      </w:r>
    </w:p>
    <w:p>
      <w:r>
        <w:rPr>
          <w:b/>
          <w:color w:val="0E7C86"/>
          <w:sz w:val="22"/>
        </w:rPr>
        <w:t>EXPERIENCE &amp; ACTIVITIES</w:t>
      </w:r>
    </w:p>
    <w:p>
      <w:r>
        <w:t>[Role / Project] — [Organisation]</w:t>
        <w:br/>
        <w:t>[Date – Date]</w:t>
      </w:r>
    </w:p>
    <w:p>
      <w:pPr>
        <w:pStyle w:val="ListBullet"/>
      </w:pPr>
      <w:r>
        <w:t>[What you did — start with an action verb: Built, Led, Designed, Improved]</w:t>
      </w:r>
    </w:p>
    <w:p>
      <w:pPr>
        <w:pStyle w:val="ListBullet"/>
      </w:pPr>
      <w:r>
        <w:t>[Result or impact]</w:t>
      </w:r>
    </w:p>
    <w:p>
      <w:r>
        <w:rPr>
          <w:b/>
          <w:color w:val="0E7C86"/>
          <w:sz w:val="22"/>
        </w:rPr>
        <w:t>ACHIEVEMENTS</w:t>
      </w:r>
    </w:p>
    <w:p>
      <w:pPr>
        <w:pStyle w:val="ListBullet"/>
      </w:pPr>
      <w:r>
        <w:t>[Competition, certificate, or recognition]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