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[Your Full Name]</w:t>
      </w:r>
    </w:p>
    <w:p>
      <w:pPr>
        <w:jc w:val="center"/>
      </w:pPr>
      <w:r>
        <w:rPr>
          <w:color w:val="555555"/>
          <w:sz w:val="18"/>
        </w:rPr>
        <w:t>[Email] • [Phone] • [GitHub] • [Portfolio Link]</w:t>
      </w:r>
    </w:p>
    <w:p>
      <w:r>
        <w:rPr>
          <w:b/>
          <w:color w:val="0E7C86"/>
          <w:sz w:val="22"/>
        </w:rPr>
        <w:t>TECHNICAL SUMMARY</w:t>
      </w:r>
    </w:p>
    <w:p>
      <w:r>
        <w:t>[1–2 sentences highlighting your technical focus area and what you build or want to build.]</w:t>
      </w:r>
    </w:p>
    <w:p>
      <w:r>
        <w:rPr>
          <w:b/>
          <w:color w:val="0E7C86"/>
          <w:sz w:val="22"/>
        </w:rPr>
        <w:t>TECHNICAL SKILLS</w:t>
      </w:r>
    </w:p>
    <w:p>
      <w:pPr>
        <w:pStyle w:val="ListBullet"/>
      </w:pPr>
      <w:r>
        <w:t>Languages: [e.g. Python, Java, JavaScript]</w:t>
      </w:r>
    </w:p>
    <w:p>
      <w:pPr>
        <w:pStyle w:val="ListBullet"/>
      </w:pPr>
      <w:r>
        <w:t>Tools &amp; Frameworks: [e.g. React, Git, Figma]</w:t>
      </w:r>
    </w:p>
    <w:p>
      <w:pPr>
        <w:pStyle w:val="ListBullet"/>
      </w:pPr>
      <w:r>
        <w:t>Other: [e.g. Databases, Networking, Hardware]</w:t>
      </w:r>
    </w:p>
    <w:p>
      <w:r>
        <w:rPr>
          <w:b/>
          <w:color w:val="0E7C86"/>
          <w:sz w:val="22"/>
        </w:rPr>
        <w:t>PROJECTS</w:t>
      </w:r>
    </w:p>
    <w:p>
      <w:r>
        <w:t>[Project Name] — [Tech used]</w:t>
      </w:r>
    </w:p>
    <w:p>
      <w:pPr>
        <w:pStyle w:val="ListBullet"/>
      </w:pPr>
      <w:r>
        <w:t>[What the project does and your role]</w:t>
      </w:r>
    </w:p>
    <w:p>
      <w:pPr>
        <w:pStyle w:val="ListBullet"/>
      </w:pPr>
      <w:r>
        <w:t>[Outcome, metric, or what you learned]</w:t>
      </w:r>
    </w:p>
    <w:p>
      <w:r>
        <w:rPr>
          <w:b/>
          <w:color w:val="0E7C86"/>
          <w:sz w:val="22"/>
        </w:rPr>
        <w:t>EDUCATION</w:t>
      </w:r>
    </w:p>
    <w:p>
      <w:r>
        <w:t>[School Name] — [Qualification]</w:t>
        <w:br/>
        <w:t>[Year – Year]</w:t>
      </w:r>
    </w:p>
    <w:p>
      <w:r>
        <w:rPr>
          <w:b/>
          <w:color w:val="0E7C86"/>
          <w:sz w:val="22"/>
        </w:rPr>
        <w:t>EXPERIENCE</w:t>
      </w:r>
    </w:p>
    <w:p>
      <w:r>
        <w:t>[Role] — [Organisation]</w:t>
        <w:br/>
        <w:t>[Date – Date]</w:t>
      </w:r>
    </w:p>
    <w:p>
      <w:pPr>
        <w:pStyle w:val="ListBullet"/>
      </w:pPr>
      <w:r>
        <w:t>[Responsibility and impact]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